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 - מבחן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הבנת העלילה בסיפור המחרוזת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מושגים מרכזיים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משפט אישי הקשור למסר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מה קרה בסיפור?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חיים עשירים ויפים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מחרוזת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המחרוזת אבדה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שהמחרוזת הייתה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עבדו קשה הרבה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חלמה על חיים עשירים ויפים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התבררה כמזויפת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עבדה קשה והתבגרה בעוני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משלימים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עבדו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(אישה שחלמה על חיים עשירים)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(הלוותה למטילדה את המחרוזת)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(עבד קשה כדי להחזיר את החוב)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(התבררה כמזויפת בסוף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(המקום שבו מטילדה איבדה את המחרוזת)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הגיונית הקשורה לעלילה, למשל שלא היו צריכים לעבוד קשה כל כך הרבה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מלא הקשור למסר הסיפור, כגון חשיבות האמת או הסתפקות במועט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עשר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שהמחרוזת הייתה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תקציר הסיפור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מענה בעל פה לתלמידים הזקוקים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מחסן המילים בחלק ג יכול להיות מוצג בגדול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 - מבחן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נתרגל יחד את הסיפור המחרוזת. מטילדה רצתה חיים עשירים, הלכה לנשף, איבדה מחרוזת, ועבדה קשה הרבה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מחרוזת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תכשיט שעונדים על הצוואר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מזויפת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אמיתית, נראית יקרה אבל היא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שצריך להחזיר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דינמית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שמשתנה במהלך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מסיבה חגיגית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שאינו 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מה קרה בסיפור?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מטילדה רצתה בחיים?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עשירים ויפים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לגור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להיות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הם הוזמנו?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לנשף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היא ביקשה בהשאלה?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כשהנשף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המחרוזת אבדה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מטילדה זכתה בפרס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הבעל קיבל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עברו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מטילדה גילתה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שהמחרוזת הייתה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שהמחרוזת נמצאה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שהחברה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שהבעל שיקר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הם עשו כדי להחזיר את הכסף?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עבדו קשה הרבה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ברחו מהעיר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מכרו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פנו למשטרה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הייתה מרוצה מהחיים הפשוטים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ביקשה מחרוזת מחברה כדי להיראות יפה בנשף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המחרוזת שאבדה הייתה יקרה מאוד באמת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הזוג עבדו קשה במשך עשר שנים כדי להחזיר את החוב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מטילדה נשארה עשירה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משלימים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 הזוג __________ כדי להחזיר את החוב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עבדו __________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מטילדה השתנתה בסיפור, ולכן היא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המחרוזת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מטילדה לא אמרה את האמת לחברה. זה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התבררה כמזויפת בסוף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מטילדה איבדה את המחרוזת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אישה שחלמה על חיים עשירים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הלוותה למטילדה את המחרוזת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הנשף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עבד קשה כדי להחזיר את החוב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את המשפט: אם מטילדה הייתה אומרת את האמת, אז ______.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למדתם מהסיפור? כתבו משפט אחד. אפשר להתחיל: למדתי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איבדה את המחרוזת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שנים עבדו בני הזוג כדי להחזיר את החוב?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גילתה מטילדה על המחרוזת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המחרוזת - מבחן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