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 - מבחן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הבנת העלילה בסיפור המחרוזת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מושגים מרכזיים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משפט אישי הקשור למסר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מה קרה בסיפור?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חיים עשירים ויפים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מחרוזת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חלמה על חיים עשירים ויפים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משלימים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עבדו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מזויפת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(אישה שחלמה על חיים עשירים)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(הלוותה למטילדה את המחרוזת)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(עבד קשה כדי להחזיר את החוב)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(התבררה כמזויפת בסוף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הגיונית הקשורה לעלילה, למשל שלא היו צריכים לעבוד קשה כל כך הרבה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עשר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שהמחרוזת הייתה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תקציר הסיפור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מענה בעל פה לתלמידים הזקוקים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מחסן המילים בחלק ג יכול להיות מוצג בגדול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 - מבחן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עלילת הסיפור המחרוזת מאת גי דה מופאסן - מי הייתה מטילדה, מה קרה לה בנשף ואיך הסתיים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עשר  ·  מזויפת  ·  עבדו קשה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מה קרה בסיפור?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מטילדה רצתה...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חיים עשירים ויפים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לגור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להיות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הוזמנו מטילדה ובעלה?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לנשף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מטילדה שאלה מהחברה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מטילדה הייתה מרוצה מהחיים הפשוטים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מטילדה ביקשה מחרוזת מחברה כדי להיראות יפה בנשף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משלימים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 הזוג __________ כדי להחזיר את החוב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הם עבדו __________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המחרוזת הייתה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הלוותה למטילדה את המחרוזת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עבד קשה כדי להחזיר את החוב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התבררה כמזויפת בסוף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אישה שחלמה על חיים עשירים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השלימו את המשפט: אם מטילדה הייתה אומרת את האמת, אז ______.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איבדה את המחרוזת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שנים עבדו בני הזוג כדי להחזיר את החוב?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המחרוזת - מבחן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